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64" w:rsidRDefault="007772B1" w:rsidP="00207D87">
      <w:bookmarkStart w:id="0" w:name="_GoBack"/>
      <w:bookmarkEnd w:id="0"/>
      <w:r>
        <w:t>OBRAZAC ZA SUDJELOVANJE U SAVJETOVANJU</w:t>
      </w:r>
    </w:p>
    <w:p w:rsidR="006D5A76" w:rsidRDefault="007772B1" w:rsidP="006D5A76">
      <w:pPr>
        <w:spacing w:after="0" w:line="240" w:lineRule="auto"/>
        <w:jc w:val="center"/>
        <w:rPr>
          <w:b/>
        </w:rPr>
      </w:pPr>
      <w:proofErr w:type="gramStart"/>
      <w:r>
        <w:rPr>
          <w:b/>
        </w:rPr>
        <w:t>o</w:t>
      </w:r>
      <w:proofErr w:type="gramEnd"/>
      <w:r>
        <w:rPr>
          <w:b/>
        </w:rPr>
        <w:t xml:space="preserve"> NACRTU Pravilnika o provedbi postupka</w:t>
      </w:r>
      <w:r w:rsidRPr="006D5A76">
        <w:rPr>
          <w:b/>
          <w:lang w:val="hr-HR"/>
        </w:rPr>
        <w:t xml:space="preserve"> jednostavne</w:t>
      </w:r>
      <w:r>
        <w:rPr>
          <w:b/>
        </w:rPr>
        <w:t xml:space="preserve"> nabave u</w:t>
      </w:r>
      <w:r w:rsidRPr="006D5A76">
        <w:rPr>
          <w:b/>
          <w:lang w:val="hr-HR"/>
        </w:rPr>
        <w:t xml:space="preserve"> školi</w:t>
      </w:r>
      <w:r>
        <w:rPr>
          <w:b/>
        </w:rPr>
        <w:t xml:space="preserve"> </w:t>
      </w:r>
    </w:p>
    <w:p w:rsidR="006D5A76" w:rsidRDefault="006D5A76" w:rsidP="006D5A76">
      <w:pPr>
        <w:spacing w:after="0" w:line="240" w:lineRule="auto"/>
        <w:jc w:val="center"/>
        <w:rPr>
          <w:b/>
        </w:rPr>
      </w:pPr>
    </w:p>
    <w:p w:rsidR="006D5A76" w:rsidRPr="006D5A76" w:rsidRDefault="006D5A76" w:rsidP="006D5A76">
      <w:pPr>
        <w:spacing w:after="0" w:line="240" w:lineRule="auto"/>
        <w:jc w:val="both"/>
        <w:rPr>
          <w:lang w:val="hr-HR"/>
        </w:rPr>
      </w:pPr>
    </w:p>
    <w:p w:rsidR="00FE1164" w:rsidRDefault="007772B1" w:rsidP="006D5A76">
      <w:pPr>
        <w:spacing w:after="0" w:line="240" w:lineRule="auto"/>
        <w:jc w:val="both"/>
      </w:pPr>
      <w:r w:rsidRPr="006D5A76">
        <w:rPr>
          <w:lang w:val="hr-HR"/>
        </w:rPr>
        <w:t>Početak savjetovanja</w:t>
      </w:r>
      <w:r w:rsidRPr="006D5A76">
        <w:t xml:space="preserve">: </w:t>
      </w:r>
      <w:r w:rsidR="006D5A76" w:rsidRPr="006D5A76">
        <w:t>1.</w:t>
      </w:r>
      <w:r w:rsidR="006D5A76" w:rsidRPr="006D5A76">
        <w:rPr>
          <w:lang w:val="hr-HR"/>
        </w:rPr>
        <w:t xml:space="preserve"> rujna</w:t>
      </w:r>
      <w:r w:rsidRPr="006D5A76">
        <w:t xml:space="preserve"> 2026.    </w:t>
      </w:r>
      <w:r w:rsidR="006D5A76" w:rsidRPr="006D5A76">
        <w:t xml:space="preserve">    </w:t>
      </w:r>
      <w:r w:rsidR="006D5A76" w:rsidRPr="006D5A76">
        <w:tab/>
        <w:t xml:space="preserve">       </w:t>
      </w:r>
      <w:r w:rsidRPr="006D5A76">
        <w:rPr>
          <w:lang w:val="hr-HR"/>
        </w:rPr>
        <w:t>Završetak savjetovanja</w:t>
      </w:r>
      <w:r w:rsidRPr="006D5A76">
        <w:t xml:space="preserve">: </w:t>
      </w:r>
      <w:r w:rsidR="006D5A76" w:rsidRPr="006D5A76">
        <w:t xml:space="preserve">30. </w:t>
      </w:r>
      <w:r>
        <w:t>rujna</w:t>
      </w:r>
      <w:r w:rsidRPr="006D5A76">
        <w:t xml:space="preserve"> 2026.</w:t>
      </w:r>
    </w:p>
    <w:p w:rsidR="006D5A76" w:rsidRDefault="006D5A76" w:rsidP="006D5A76">
      <w:pPr>
        <w:spacing w:after="0" w:line="240" w:lineRule="auto"/>
        <w:jc w:val="both"/>
      </w:pPr>
    </w:p>
    <w:p w:rsidR="006D5A76" w:rsidRPr="006D5A76" w:rsidRDefault="006D5A76" w:rsidP="006D5A76">
      <w:pPr>
        <w:spacing w:after="0" w:line="240" w:lineRule="auto"/>
        <w:jc w:val="both"/>
      </w:pPr>
    </w:p>
    <w:p w:rsidR="00FE1164" w:rsidRPr="006D5A76" w:rsidRDefault="007772B1" w:rsidP="006D5A76">
      <w:pPr>
        <w:spacing w:after="0" w:line="240" w:lineRule="auto"/>
      </w:pPr>
      <w:r w:rsidRPr="006D5A76">
        <w:t>Ime/naziv sudionika savjetovanja:</w:t>
      </w:r>
    </w:p>
    <w:p w:rsidR="00FE1164" w:rsidRPr="006D5A76" w:rsidRDefault="007772B1" w:rsidP="006D5A76">
      <w:pPr>
        <w:pBdr>
          <w:bottom w:val="single" w:sz="4" w:space="1" w:color="auto"/>
        </w:pBdr>
        <w:spacing w:after="0" w:line="240" w:lineRule="auto"/>
      </w:pPr>
      <w:r w:rsidRPr="006D5A76">
        <w:br/>
      </w:r>
    </w:p>
    <w:p w:rsidR="006D5A76" w:rsidRDefault="006D5A76" w:rsidP="006D5A76">
      <w:pPr>
        <w:spacing w:after="0" w:line="240" w:lineRule="auto"/>
      </w:pPr>
    </w:p>
    <w:p w:rsidR="00FE1164" w:rsidRPr="006D5A76" w:rsidRDefault="007772B1" w:rsidP="006D5A76">
      <w:pPr>
        <w:spacing w:after="0" w:line="240" w:lineRule="auto"/>
      </w:pPr>
      <w:r w:rsidRPr="006D5A76">
        <w:t>Adresa i/ili e-mail:</w:t>
      </w:r>
    </w:p>
    <w:p w:rsidR="00FE1164" w:rsidRPr="006D5A76" w:rsidRDefault="007772B1" w:rsidP="006D5A76">
      <w:pPr>
        <w:pBdr>
          <w:bottom w:val="single" w:sz="4" w:space="1" w:color="auto"/>
        </w:pBdr>
        <w:spacing w:after="0" w:line="240" w:lineRule="auto"/>
      </w:pPr>
      <w:r w:rsidRPr="006D5A76">
        <w:br/>
      </w:r>
    </w:p>
    <w:p w:rsidR="006D5A76" w:rsidRDefault="006D5A76" w:rsidP="006D5A76">
      <w:pPr>
        <w:spacing w:after="0" w:line="240" w:lineRule="auto"/>
      </w:pPr>
    </w:p>
    <w:p w:rsidR="00FE1164" w:rsidRPr="006D5A76" w:rsidRDefault="007772B1" w:rsidP="006D5A76">
      <w:pPr>
        <w:spacing w:after="0" w:line="240" w:lineRule="auto"/>
      </w:pPr>
      <w:r w:rsidRPr="006D5A76">
        <w:t>Interes koji sudionik zastupa:</w:t>
      </w:r>
    </w:p>
    <w:p w:rsidR="00FE1164" w:rsidRPr="006D5A76" w:rsidRDefault="007772B1" w:rsidP="006D5A76">
      <w:pPr>
        <w:pBdr>
          <w:bottom w:val="single" w:sz="4" w:space="1" w:color="auto"/>
        </w:pBdr>
        <w:spacing w:after="0" w:line="240" w:lineRule="auto"/>
      </w:pPr>
      <w:r w:rsidRPr="006D5A76">
        <w:br/>
      </w:r>
    </w:p>
    <w:p w:rsidR="006D5A76" w:rsidRDefault="006D5A76" w:rsidP="006D5A76">
      <w:pPr>
        <w:spacing w:after="0" w:line="240" w:lineRule="auto"/>
      </w:pPr>
    </w:p>
    <w:p w:rsidR="00FE1164" w:rsidRDefault="006D5A76" w:rsidP="006D5A76">
      <w:pPr>
        <w:spacing w:after="0" w:line="240" w:lineRule="auto"/>
      </w:pPr>
      <w:r w:rsidRPr="006D5A76">
        <w:t>K</w:t>
      </w:r>
      <w:r w:rsidR="007772B1" w:rsidRPr="006D5A76">
        <w:t xml:space="preserve">omentari na predloženi NACRT Pravilnika o provedbi postupka jednostavne nabave u </w:t>
      </w:r>
      <w:r w:rsidRPr="006D5A76">
        <w:t>školi</w:t>
      </w:r>
      <w:r w:rsidR="007772B1" w:rsidRPr="006D5A76">
        <w:t>:</w:t>
      </w:r>
    </w:p>
    <w:p w:rsidR="006D5A76" w:rsidRDefault="006D5A76" w:rsidP="006D5A76">
      <w:pPr>
        <w:spacing w:after="0" w:line="240" w:lineRule="auto"/>
      </w:pPr>
    </w:p>
    <w:p w:rsidR="006D5A76" w:rsidRPr="006D5A76" w:rsidRDefault="006D5A76" w:rsidP="006D5A76">
      <w:pPr>
        <w:spacing w:after="0" w:line="240" w:lineRule="auto"/>
      </w:pPr>
    </w:p>
    <w:p w:rsidR="00FE1164" w:rsidRPr="006D5A76" w:rsidRDefault="007772B1" w:rsidP="006D5A76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after="0" w:line="240" w:lineRule="auto"/>
      </w:pPr>
      <w:r w:rsidRPr="006D5A76">
        <w:br/>
      </w:r>
    </w:p>
    <w:p w:rsidR="006D5A76" w:rsidRDefault="006D5A76" w:rsidP="006D5A76">
      <w:pPr>
        <w:spacing w:after="0" w:line="240" w:lineRule="auto"/>
      </w:pPr>
    </w:p>
    <w:p w:rsidR="006D5A76" w:rsidRPr="006D5A76" w:rsidRDefault="006D5A76" w:rsidP="006D5A76">
      <w:pPr>
        <w:spacing w:after="0" w:line="240" w:lineRule="auto"/>
        <w:rPr>
          <w:lang w:val="hr-HR"/>
        </w:rPr>
      </w:pPr>
    </w:p>
    <w:p w:rsidR="00FE1164" w:rsidRDefault="007772B1" w:rsidP="006D5A76">
      <w:pPr>
        <w:spacing w:after="0" w:line="240" w:lineRule="auto"/>
      </w:pPr>
      <w:r w:rsidRPr="006D5A76">
        <w:rPr>
          <w:lang w:val="hr-HR"/>
        </w:rPr>
        <w:t>Primjedbe i prijedlozi na</w:t>
      </w:r>
      <w:r w:rsidRPr="006D5A76">
        <w:t xml:space="preserve"> pojedine odredbe NACRTA Pravilnika o provedbi postupka</w:t>
      </w:r>
      <w:r w:rsidRPr="006D5A76">
        <w:rPr>
          <w:lang w:val="hr-HR"/>
        </w:rPr>
        <w:t xml:space="preserve"> jednostavne</w:t>
      </w:r>
      <w:r w:rsidRPr="006D5A76">
        <w:t xml:space="preserve"> nabave u</w:t>
      </w:r>
      <w:r w:rsidRPr="00CF0505">
        <w:rPr>
          <w:lang w:val="hr-HR"/>
        </w:rPr>
        <w:t xml:space="preserve"> školi</w:t>
      </w:r>
      <w:r w:rsidRPr="006D5A76">
        <w:t>:</w:t>
      </w:r>
    </w:p>
    <w:p w:rsidR="006D5A76" w:rsidRPr="006D5A76" w:rsidRDefault="006D5A76" w:rsidP="006D5A76">
      <w:pPr>
        <w:spacing w:after="0" w:line="240" w:lineRule="auto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E1164" w:rsidRPr="006D5A76">
        <w:trPr>
          <w:jc w:val="center"/>
        </w:trPr>
        <w:tc>
          <w:tcPr>
            <w:tcW w:w="2160" w:type="dxa"/>
            <w:vAlign w:val="center"/>
          </w:tcPr>
          <w:p w:rsidR="00FE1164" w:rsidRPr="006D5A76" w:rsidRDefault="007772B1" w:rsidP="006D5A76">
            <w:r w:rsidRPr="006D5A76">
              <w:t>Članak / odredba</w:t>
            </w:r>
          </w:p>
        </w:tc>
        <w:tc>
          <w:tcPr>
            <w:tcW w:w="2160" w:type="dxa"/>
            <w:vAlign w:val="center"/>
          </w:tcPr>
          <w:p w:rsidR="00FE1164" w:rsidRPr="006D5A76" w:rsidRDefault="007772B1" w:rsidP="006D5A76">
            <w:r w:rsidRPr="006D5A76">
              <w:t>Obrazloženje</w:t>
            </w:r>
          </w:p>
        </w:tc>
        <w:tc>
          <w:tcPr>
            <w:tcW w:w="2160" w:type="dxa"/>
            <w:vAlign w:val="center"/>
          </w:tcPr>
          <w:p w:rsidR="00FE1164" w:rsidRPr="006D5A76" w:rsidRDefault="007772B1" w:rsidP="006D5A76">
            <w:r w:rsidRPr="006D5A76">
              <w:t>Prijedlog izmjene</w:t>
            </w:r>
          </w:p>
        </w:tc>
        <w:tc>
          <w:tcPr>
            <w:tcW w:w="2160" w:type="dxa"/>
            <w:vAlign w:val="center"/>
          </w:tcPr>
          <w:p w:rsidR="00FE1164" w:rsidRPr="006D5A76" w:rsidRDefault="007772B1" w:rsidP="006D5A76">
            <w:r w:rsidRPr="006D5A76">
              <w:t>Primjedba</w:t>
            </w:r>
          </w:p>
        </w:tc>
      </w:tr>
      <w:tr w:rsidR="00FE1164" w:rsidRPr="006D5A76" w:rsidTr="006D5A76">
        <w:trPr>
          <w:trHeight w:val="3228"/>
          <w:jc w:val="center"/>
        </w:trPr>
        <w:tc>
          <w:tcPr>
            <w:tcW w:w="2160" w:type="dxa"/>
          </w:tcPr>
          <w:p w:rsidR="00FE1164" w:rsidRPr="006D5A76" w:rsidRDefault="007772B1" w:rsidP="006D5A76">
            <w:r w:rsidRPr="006D5A76">
              <w:br/>
            </w:r>
            <w:r w:rsidRPr="006D5A76">
              <w:br/>
            </w:r>
          </w:p>
        </w:tc>
        <w:tc>
          <w:tcPr>
            <w:tcW w:w="2160" w:type="dxa"/>
          </w:tcPr>
          <w:p w:rsidR="00FE1164" w:rsidRPr="006D5A76" w:rsidRDefault="007772B1" w:rsidP="006D5A76">
            <w:r w:rsidRPr="006D5A76">
              <w:br/>
            </w:r>
            <w:r w:rsidRPr="006D5A76">
              <w:br/>
            </w:r>
          </w:p>
        </w:tc>
        <w:tc>
          <w:tcPr>
            <w:tcW w:w="2160" w:type="dxa"/>
          </w:tcPr>
          <w:p w:rsidR="00FE1164" w:rsidRPr="006D5A76" w:rsidRDefault="007772B1" w:rsidP="006D5A76">
            <w:r w:rsidRPr="006D5A76">
              <w:br/>
            </w:r>
            <w:r w:rsidRPr="006D5A76">
              <w:br/>
            </w:r>
          </w:p>
        </w:tc>
        <w:tc>
          <w:tcPr>
            <w:tcW w:w="2160" w:type="dxa"/>
          </w:tcPr>
          <w:p w:rsidR="00FE1164" w:rsidRPr="006D5A76" w:rsidRDefault="007772B1" w:rsidP="006D5A76">
            <w:r w:rsidRPr="006D5A76">
              <w:br/>
            </w:r>
            <w:r w:rsidRPr="006D5A76">
              <w:br/>
            </w:r>
          </w:p>
        </w:tc>
      </w:tr>
    </w:tbl>
    <w:p w:rsidR="00FE1164" w:rsidRPr="006D5A76" w:rsidRDefault="00FE1164" w:rsidP="006D5A76">
      <w:pPr>
        <w:spacing w:after="0" w:line="240" w:lineRule="auto"/>
      </w:pPr>
    </w:p>
    <w:p w:rsidR="006D5A76" w:rsidRDefault="006D5A76" w:rsidP="006D5A76">
      <w:pPr>
        <w:spacing w:after="0" w:line="240" w:lineRule="auto"/>
      </w:pPr>
    </w:p>
    <w:p w:rsidR="00FE1164" w:rsidRPr="006D5A76" w:rsidRDefault="007772B1" w:rsidP="006D5A76">
      <w:pPr>
        <w:spacing w:after="0" w:line="240" w:lineRule="auto"/>
      </w:pPr>
      <w:r w:rsidRPr="006D5A76">
        <w:t>Ime i prezime osobe koja je sastavila primjedbe i prijedloge:</w:t>
      </w:r>
    </w:p>
    <w:p w:rsidR="00FE1164" w:rsidRPr="006D5A76" w:rsidRDefault="007772B1" w:rsidP="006D5A76">
      <w:pPr>
        <w:pBdr>
          <w:bottom w:val="single" w:sz="4" w:space="1" w:color="auto"/>
        </w:pBdr>
        <w:spacing w:after="0" w:line="240" w:lineRule="auto"/>
      </w:pPr>
      <w:r w:rsidRPr="006D5A76">
        <w:br/>
      </w:r>
    </w:p>
    <w:p w:rsidR="006D5A76" w:rsidRDefault="006D5A76" w:rsidP="006D5A76">
      <w:pPr>
        <w:spacing w:after="0" w:line="240" w:lineRule="auto"/>
      </w:pPr>
    </w:p>
    <w:p w:rsidR="00FE1164" w:rsidRDefault="007772B1" w:rsidP="006D5A76">
      <w:pPr>
        <w:spacing w:after="0" w:line="240" w:lineRule="auto"/>
      </w:pPr>
      <w:r w:rsidRPr="006D5A76">
        <w:t>Datum dostavljanja:</w:t>
      </w:r>
    </w:p>
    <w:p w:rsidR="006D5A76" w:rsidRDefault="006D5A76" w:rsidP="006D5A76">
      <w:pPr>
        <w:spacing w:after="0" w:line="240" w:lineRule="auto"/>
      </w:pPr>
    </w:p>
    <w:p w:rsidR="006D5A76" w:rsidRPr="006D5A76" w:rsidRDefault="006D5A76" w:rsidP="006D5A76">
      <w:pPr>
        <w:pBdr>
          <w:bottom w:val="single" w:sz="4" w:space="1" w:color="auto"/>
        </w:pBdr>
        <w:spacing w:after="0" w:line="240" w:lineRule="auto"/>
      </w:pPr>
    </w:p>
    <w:p w:rsidR="00FE1164" w:rsidRPr="006D5A76" w:rsidRDefault="007772B1" w:rsidP="006D5A76">
      <w:pPr>
        <w:spacing w:after="0" w:line="240" w:lineRule="auto"/>
      </w:pPr>
      <w:r w:rsidRPr="006D5A76">
        <w:br/>
      </w:r>
    </w:p>
    <w:p w:rsidR="006D5A76" w:rsidRDefault="006D5A76" w:rsidP="006D5A76">
      <w:pPr>
        <w:spacing w:after="0" w:line="240" w:lineRule="auto"/>
        <w:jc w:val="right"/>
      </w:pPr>
    </w:p>
    <w:p w:rsidR="00FE1164" w:rsidRPr="006D5A76" w:rsidRDefault="007772B1" w:rsidP="006D5A76">
      <w:pPr>
        <w:spacing w:after="0" w:line="240" w:lineRule="auto"/>
        <w:jc w:val="right"/>
      </w:pPr>
      <w:r w:rsidRPr="006D5A76">
        <w:t>Potpis:</w:t>
      </w:r>
    </w:p>
    <w:p w:rsidR="00FE1164" w:rsidRPr="006D5A76" w:rsidRDefault="007772B1" w:rsidP="006D5A76">
      <w:pPr>
        <w:spacing w:after="0" w:line="240" w:lineRule="auto"/>
        <w:jc w:val="right"/>
      </w:pPr>
      <w:r w:rsidRPr="006D5A76">
        <w:br/>
      </w:r>
    </w:p>
    <w:p w:rsidR="00FE1164" w:rsidRPr="006D5A76" w:rsidRDefault="007772B1" w:rsidP="006D5A76">
      <w:pPr>
        <w:spacing w:after="0" w:line="240" w:lineRule="auto"/>
        <w:jc w:val="right"/>
      </w:pPr>
      <w:r w:rsidRPr="006D5A76">
        <w:t>___________________</w:t>
      </w:r>
    </w:p>
    <w:p w:rsidR="006D5A76" w:rsidRDefault="006D5A76" w:rsidP="006D5A76">
      <w:pPr>
        <w:spacing w:after="0" w:line="240" w:lineRule="auto"/>
      </w:pPr>
    </w:p>
    <w:p w:rsidR="006D5A76" w:rsidRDefault="006D5A76" w:rsidP="006D5A76">
      <w:pPr>
        <w:spacing w:after="0" w:line="240" w:lineRule="auto"/>
      </w:pPr>
    </w:p>
    <w:p w:rsidR="006D5A76" w:rsidRPr="006D5A76" w:rsidRDefault="006D5A76" w:rsidP="006D5A76">
      <w:pPr>
        <w:spacing w:after="0" w:line="240" w:lineRule="auto"/>
        <w:rPr>
          <w:lang w:val="hr-HR"/>
        </w:rPr>
      </w:pPr>
    </w:p>
    <w:p w:rsidR="00FE1164" w:rsidRDefault="007772B1" w:rsidP="006D5A76">
      <w:pPr>
        <w:spacing w:after="0" w:line="240" w:lineRule="auto"/>
      </w:pPr>
      <w:r w:rsidRPr="006D5A76">
        <w:rPr>
          <w:lang w:val="hr-HR"/>
        </w:rPr>
        <w:t>Napomena</w:t>
      </w:r>
      <w:r w:rsidRPr="006D5A76">
        <w:t>:</w:t>
      </w:r>
    </w:p>
    <w:p w:rsidR="005766CA" w:rsidRPr="006D5A76" w:rsidRDefault="005766CA" w:rsidP="006D5A76">
      <w:pPr>
        <w:spacing w:after="0" w:line="240" w:lineRule="auto"/>
      </w:pPr>
    </w:p>
    <w:p w:rsidR="00FE1164" w:rsidRDefault="007772B1" w:rsidP="006D5A76">
      <w:pPr>
        <w:spacing w:after="0" w:line="240" w:lineRule="auto"/>
      </w:pPr>
      <w:r w:rsidRPr="006D5A76">
        <w:t>Primjedbe i prijedlozi dostavljeni nakon isteka roka za</w:t>
      </w:r>
      <w:r w:rsidRPr="006D5A76">
        <w:rPr>
          <w:lang w:val="hr-HR"/>
        </w:rPr>
        <w:t xml:space="preserve"> savjetovanje neće</w:t>
      </w:r>
      <w:r w:rsidRPr="006D5A76">
        <w:t xml:space="preserve"> se</w:t>
      </w:r>
      <w:r w:rsidRPr="006D5A76">
        <w:rPr>
          <w:lang w:val="hr-HR"/>
        </w:rPr>
        <w:t xml:space="preserve"> razmatrati</w:t>
      </w:r>
      <w:r w:rsidRPr="006D5A76">
        <w:t>.</w:t>
      </w:r>
    </w:p>
    <w:p w:rsidR="006D5A76" w:rsidRPr="006D5A76" w:rsidRDefault="006D5A76" w:rsidP="006D5A76">
      <w:pPr>
        <w:spacing w:after="0" w:line="240" w:lineRule="auto"/>
      </w:pPr>
    </w:p>
    <w:p w:rsidR="00FE1164" w:rsidRDefault="007772B1" w:rsidP="006D5A76">
      <w:pPr>
        <w:spacing w:after="0" w:line="240" w:lineRule="auto"/>
      </w:pPr>
      <w:r w:rsidRPr="006D5A76">
        <w:t>Sudionici savjetovanja pozivaju se da svoje primjedbe i prijedloge obrazlože te, kada je to moguće, navedu prijedlog izmjene teksta pojedine odredbe radi lakšeg razmatranja i izrade</w:t>
      </w:r>
      <w:r w:rsidRPr="006D5A76">
        <w:rPr>
          <w:lang w:val="hr-HR"/>
        </w:rPr>
        <w:t xml:space="preserve"> konačnog prijedloga općeg akta</w:t>
      </w:r>
      <w:r w:rsidRPr="006D5A76">
        <w:t>.</w:t>
      </w:r>
    </w:p>
    <w:p w:rsidR="006D5A76" w:rsidRPr="006D5A76" w:rsidRDefault="006D5A76" w:rsidP="006D5A76">
      <w:pPr>
        <w:spacing w:after="0" w:line="240" w:lineRule="auto"/>
      </w:pPr>
    </w:p>
    <w:p w:rsidR="00FE1164" w:rsidRPr="006D5A76" w:rsidRDefault="007772B1" w:rsidP="006D5A76">
      <w:pPr>
        <w:spacing w:after="0" w:line="240" w:lineRule="auto"/>
      </w:pPr>
      <w:r w:rsidRPr="006D5A76">
        <w:t xml:space="preserve">Popunjeni obrazac šalje se elektroničkom poštom na adresu: </w:t>
      </w:r>
      <w:hyperlink r:id="rId7" w:history="1">
        <w:r w:rsidR="0078451E" w:rsidRPr="0078451E">
          <w:rPr>
            <w:rStyle w:val="Hiperveza"/>
            <w:color w:val="262626" w:themeColor="text1" w:themeTint="D9"/>
          </w:rPr>
          <w:t>ured@os-lucko.skole.hr</w:t>
        </w:r>
      </w:hyperlink>
      <w:r w:rsidR="0078451E" w:rsidRPr="0078451E">
        <w:rPr>
          <w:color w:val="262626" w:themeColor="text1" w:themeTint="D9"/>
        </w:rPr>
        <w:t xml:space="preserve"> </w:t>
      </w:r>
      <w:r w:rsidRPr="006D5A76">
        <w:t>s predmetom poruke: “E-savjetovanje – Pravilnik o provedbi postupka jednostavne nabave”.</w:t>
      </w:r>
    </w:p>
    <w:sectPr w:rsidR="00FE1164" w:rsidRPr="006D5A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7D87"/>
    <w:rsid w:val="0029639D"/>
    <w:rsid w:val="00326F90"/>
    <w:rsid w:val="005766CA"/>
    <w:rsid w:val="006D5A76"/>
    <w:rsid w:val="007772B1"/>
    <w:rsid w:val="0078451E"/>
    <w:rsid w:val="00AA1D8D"/>
    <w:rsid w:val="00B47730"/>
    <w:rsid w:val="00CB0664"/>
    <w:rsid w:val="00CF0505"/>
    <w:rsid w:val="00FC693F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845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845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ed@os-lucko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97C215-4219-42E8-8D31-AC53D2B1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korisnik</cp:lastModifiedBy>
  <cp:revision>7</cp:revision>
  <dcterms:created xsi:type="dcterms:W3CDTF">2026-09-01T09:36:00Z</dcterms:created>
  <dcterms:modified xsi:type="dcterms:W3CDTF">2026-09-01T14:20:00Z</dcterms:modified>
  <cp:category/>
</cp:coreProperties>
</file>